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006666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pPr>
              <w:spacing w:after="40" w:before="0"/>
              <w:jc w:val="center"/>
            </w:pPr>
            <w:r>
              <w:rPr>
                <w:rFonts w:ascii="Calibri" w:hAnsi="Calibri"/>
                <w:b/>
                <w:color w:val="FFFFFF"/>
                <w:sz w:val="30"/>
              </w:rPr>
              <w:t>🐾  ¡BIENVENIDOS A LA CLÍNICA VETERINARIA!</w:t>
            </w:r>
          </w:p>
          <w:p>
            <w:pPr>
              <w:spacing w:after="0" w:before="0"/>
              <w:jc w:val="center"/>
            </w:pPr>
            <w:r>
              <w:rPr>
                <w:rFonts w:ascii="Calibri" w:hAnsi="Calibri"/>
                <w:i/>
                <w:color w:val="E6F5F5"/>
                <w:sz w:val="21"/>
              </w:rPr>
              <w:t>Hoja de Acogida y Registro de Paciente Nuevo</w:t>
            </w:r>
          </w:p>
        </w:tc>
      </w:tr>
    </w:tbl>
    <w:p>
      <w:pPr>
        <w:spacing w:before="80" w:after="120"/>
        <w:jc w:val="center"/>
      </w:pPr>
      <w:r>
        <w:rPr>
          <w:rFonts w:ascii="Calibri" w:hAnsi="Calibri"/>
          <w:i/>
          <w:color w:val="46505F"/>
          <w:sz w:val="17"/>
        </w:rPr>
        <w:t>Queremos que tú y tu compañero/a os sintáis como en casa desde el primer día. Cuéntanos un poco sobre vosotros para adaptarnos a lo que necesitáis.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F0F6F6"/>
            <w:tcMar>
              <w:top w:w="40" w:type="dxa"/>
              <w:bottom w:w="40" w:type="dxa"/>
              <w:left w:w="80" w:type="dxa"/>
              <w:right w:w="80" w:type="dxa"/>
            </w:tcMar>
            <w:tcBorders>
              <w:top w:val="none"/>
              <w:left w:val="single" w:sz="24" w:space="0" w:color="006666"/>
              <w:bottom w:val="none"/>
              <w:right w:val="none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06666"/>
                <w:sz w:val="20"/>
              </w:rPr>
              <w:t>1. VUESTROS DATOS DE CONTACTO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42"/>
      </w:tblGrid>
      <w:tr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Nombre y apellidos: </w:t>
            </w:r>
            <w:r>
              <w:rPr>
                <w:color w:val="B4B4B4"/>
              </w:rPr>
              <w:t>......................................................</w:t>
            </w:r>
          </w:p>
        </w:tc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DNI / NIE: </w:t>
            </w:r>
            <w:r>
              <w:rPr>
                <w:color w:val="B4B4B4"/>
              </w:rPr>
              <w:t>...................................................</w:t>
            </w:r>
          </w:p>
        </w:tc>
      </w:tr>
      <w:tr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Teléfono principal: </w:t>
            </w:r>
            <w:r>
              <w:rPr>
                <w:color w:val="B4B4B4"/>
              </w:rPr>
              <w:t>...................................................</w:t>
            </w:r>
          </w:p>
        </w:tc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Teléfono alt. / Email: </w:t>
            </w:r>
            <w:r>
              <w:rPr>
                <w:color w:val="B4B4B4"/>
              </w:rPr>
              <w:t>..........................................</w:t>
            </w:r>
          </w:p>
        </w:tc>
      </w:tr>
    </w:tbl>
    <w:p>
      <w:pPr>
        <w:spacing w:before="40" w:after="80"/>
      </w:pPr>
      <w:r>
        <w:rPr>
          <w:rFonts w:ascii="Calibri" w:hAnsi="Calibri"/>
          <w:b/>
          <w:sz w:val="18"/>
        </w:rPr>
        <w:t xml:space="preserve">Dirección habitual / Barrio: </w:t>
      </w:r>
      <w:r>
        <w:rPr>
          <w:color w:val="B4B4B4"/>
        </w:rPr>
        <w:t>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F0F6F6"/>
            <w:tcMar>
              <w:top w:w="40" w:type="dxa"/>
              <w:bottom w:w="40" w:type="dxa"/>
              <w:left w:w="80" w:type="dxa"/>
              <w:right w:w="80" w:type="dxa"/>
            </w:tcMar>
            <w:tcBorders>
              <w:top w:val="none"/>
              <w:left w:val="single" w:sz="24" w:space="0" w:color="006666"/>
              <w:bottom w:val="none"/>
              <w:right w:val="none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06666"/>
                <w:sz w:val="20"/>
              </w:rPr>
              <w:t>2. PRESENTÁNDONOS A TU COMPAÑERO/A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42"/>
      </w:tblGrid>
      <w:tr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¿Cómo se llama?: </w:t>
            </w:r>
            <w:r>
              <w:rPr>
                <w:color w:val="B4B4B4"/>
              </w:rPr>
              <w:t>....................................................</w:t>
            </w:r>
          </w:p>
        </w:tc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Especie y raza: </w:t>
            </w:r>
            <w:r>
              <w:rPr>
                <w:color w:val="B4B4B4"/>
              </w:rPr>
              <w:t>...................................................</w:t>
            </w:r>
          </w:p>
        </w:tc>
      </w:tr>
      <w:tr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Edad / Nacimiento: </w:t>
            </w:r>
            <w:r>
              <w:rPr>
                <w:color w:val="B4B4B4"/>
              </w:rPr>
              <w:t>..................................................</w:t>
            </w:r>
          </w:p>
        </w:tc>
        <w:tc>
          <w:tcPr>
            <w:tcW w:type="dxa" w:w="5234"/>
            <w:tcMar>
              <w:top w:w="30" w:type="dxa"/>
              <w:bottom w:w="30" w:type="dxa"/>
              <w:left w:w="40" w:type="dxa"/>
              <w:right w:w="4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sz w:val="18"/>
              </w:rPr>
              <w:t xml:space="preserve">Sexo: </w:t>
            </w:r>
            <w:r>
              <w:rPr>
                <w:sz w:val="17"/>
              </w:rPr>
              <w:t>[  ] Macho   [  ] Hembra   | Esterilizado/a: [  ] Sí  [  ] No</w:t>
            </w:r>
          </w:p>
        </w:tc>
      </w:tr>
    </w:tbl>
    <w:p>
      <w:pPr>
        <w:spacing w:before="40" w:after="80"/>
      </w:pPr>
      <w:r>
        <w:rPr>
          <w:rFonts w:ascii="Calibri" w:hAnsi="Calibri"/>
          <w:b/>
          <w:sz w:val="18"/>
        </w:rPr>
        <w:t xml:space="preserve">Nº de Microchip: </w:t>
      </w:r>
      <w:r>
        <w:rPr>
          <w:color w:val="B4B4B4"/>
        </w:rPr>
        <w:t>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F0F6F6"/>
            <w:tcMar>
              <w:top w:w="40" w:type="dxa"/>
              <w:bottom w:w="40" w:type="dxa"/>
              <w:left w:w="80" w:type="dxa"/>
              <w:right w:w="80" w:type="dxa"/>
            </w:tcMar>
            <w:tcBorders>
              <w:top w:val="none"/>
              <w:left w:val="single" w:sz="24" w:space="0" w:color="006666"/>
              <w:bottom w:val="none"/>
              <w:right w:val="none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06666"/>
                <w:sz w:val="20"/>
              </w:rPr>
              <w:t>3. ¿CÓMO ES SU DÍA A DÍA Y CÓMO SE SIENTE EN CONSULTA?</w:t>
            </w:r>
          </w:p>
        </w:tc>
      </w:tr>
    </w:tbl>
    <w:p>
      <w:pPr>
        <w:spacing w:before="60" w:after="40"/>
      </w:pPr>
      <w:r>
        <w:rPr>
          <w:rFonts w:ascii="Calibri" w:hAnsi="Calibri"/>
          <w:b/>
          <w:sz w:val="18"/>
        </w:rPr>
        <w:t xml:space="preserve">¿Con quién comparte casa?: </w:t>
      </w:r>
      <w:r>
        <w:rPr>
          <w:sz w:val="17"/>
        </w:rPr>
        <w:t>[  ] Niños   [  ] Otros perros   [  ] Otros gatos   [  ] Otros animales: .....................................................</w:t>
      </w:r>
    </w:p>
    <w:p>
      <w:pPr>
        <w:spacing w:before="40" w:after="40"/>
      </w:pPr>
      <w:r>
        <w:rPr>
          <w:rFonts w:ascii="Calibri" w:hAnsi="Calibri"/>
          <w:b/>
          <w:sz w:val="18"/>
        </w:rPr>
        <w:t xml:space="preserve">¿Cómo lleva venir al vete?: </w:t>
      </w:r>
      <w:r>
        <w:rPr>
          <w:sz w:val="17"/>
        </w:rPr>
        <w:t>[  ] Muy tranquilo/a   [  ] Algo nervioso/a   [  ] Le dan miedo los ruidos / perros</w:t>
      </w:r>
    </w:p>
    <w:p>
      <w:pPr>
        <w:spacing w:before="40" w:after="40"/>
      </w:pPr>
      <w:r>
        <w:rPr>
          <w:rFonts w:ascii="Calibri" w:hAnsi="Calibri"/>
          <w:b/>
          <w:sz w:val="18"/>
        </w:rPr>
        <w:t xml:space="preserve">¿Tiene algún 'truco' o preferencia?: </w:t>
      </w:r>
      <w:r>
        <w:rPr>
          <w:i/>
          <w:color w:val="46505F"/>
          <w:sz w:val="16"/>
        </w:rPr>
        <w:t>(chuches favoritas, su propia manta, regazo, agobio con la báscula...)</w:t>
      </w:r>
    </w:p>
    <w:p>
      <w:pPr>
        <w:spacing w:before="20" w:after="40"/>
      </w:pPr>
      <w:r>
        <w:rPr>
          <w:color w:val="B4B4B4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spacing w:before="40" w:after="40"/>
      </w:pPr>
      <w:r>
        <w:rPr>
          <w:rFonts w:ascii="Calibri" w:hAnsi="Calibri"/>
          <w:b/>
          <w:sz w:val="18"/>
        </w:rPr>
        <w:t xml:space="preserve">¿Hay alguna zona sensible que no le guste que le toquen?: </w:t>
      </w:r>
      <w:r>
        <w:rPr>
          <w:i/>
          <w:color w:val="46505F"/>
          <w:sz w:val="16"/>
        </w:rPr>
        <w:t>(orejas, patas, cola...)</w:t>
      </w:r>
    </w:p>
    <w:p>
      <w:pPr>
        <w:spacing w:before="20" w:after="80"/>
      </w:pPr>
      <w:r>
        <w:rPr>
          <w:color w:val="B4B4B4"/>
        </w:rPr>
        <w:t>....................................................................................................................................................................................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F0F6F6"/>
            <w:tcMar>
              <w:top w:w="40" w:type="dxa"/>
              <w:bottom w:w="40" w:type="dxa"/>
              <w:left w:w="80" w:type="dxa"/>
              <w:right w:w="80" w:type="dxa"/>
            </w:tcMar>
            <w:tcBorders>
              <w:top w:val="none"/>
              <w:left w:val="single" w:sz="24" w:space="0" w:color="006666"/>
              <w:bottom w:val="none"/>
              <w:right w:val="none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06666"/>
                <w:sz w:val="20"/>
              </w:rPr>
              <w:t>4. ALIMENTACIÓN Y SALUD</w:t>
            </w:r>
          </w:p>
        </w:tc>
      </w:tr>
    </w:tbl>
    <w:p>
      <w:pPr>
        <w:spacing w:before="60" w:after="40"/>
      </w:pPr>
      <w:r>
        <w:rPr>
          <w:rFonts w:ascii="Calibri" w:hAnsi="Calibri"/>
          <w:b/>
          <w:sz w:val="18"/>
        </w:rPr>
        <w:t xml:space="preserve">Alimentación habitual: </w:t>
      </w:r>
      <w:r>
        <w:rPr>
          <w:sz w:val="17"/>
        </w:rPr>
        <w:t>[  ] Pienso   [  ] Comida húmeda / latas   [  ] Casera / BARF   | Marca/Detalles: .......................................</w:t>
      </w:r>
    </w:p>
    <w:p>
      <w:pPr>
        <w:spacing w:before="40" w:after="80"/>
      </w:pPr>
      <w:r>
        <w:rPr>
          <w:rFonts w:ascii="Calibri" w:hAnsi="Calibri"/>
          <w:b/>
          <w:sz w:val="18"/>
        </w:rPr>
        <w:t>¿Tiene alguna enfermedad conocida, alergia o toma medicación actualmente?:</w:t>
      </w:r>
    </w:p>
    <w:p>
      <w:pPr>
        <w:spacing w:before="20" w:after="80"/>
      </w:pPr>
      <w:r>
        <w:rPr>
          <w:color w:val="B4B4B4"/>
        </w:rPr>
        <w:t>....................................................................................................................................................................................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F0F6F6"/>
            <w:tcMar>
              <w:top w:w="40" w:type="dxa"/>
              <w:bottom w:w="40" w:type="dxa"/>
              <w:left w:w="80" w:type="dxa"/>
              <w:right w:w="80" w:type="dxa"/>
            </w:tcMar>
            <w:tcBorders>
              <w:top w:val="none"/>
              <w:left w:val="single" w:sz="24" w:space="0" w:color="006666"/>
              <w:bottom w:val="none"/>
              <w:right w:val="none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06666"/>
                <w:sz w:val="20"/>
              </w:rPr>
              <w:t>5. ¿EN QUÉ OS PODEMOS AYUDAR HOY?</w:t>
            </w:r>
          </w:p>
        </w:tc>
      </w:tr>
    </w:tbl>
    <w:p>
      <w:pPr>
        <w:spacing w:before="60" w:after="40"/>
      </w:pPr>
      <w:r>
        <w:rPr>
          <w:rFonts w:ascii="Calibri" w:hAnsi="Calibri"/>
          <w:b/>
          <w:sz w:val="18"/>
        </w:rPr>
        <w:t>¿Qué te preocupa o qué esperas de esta primera visita?:</w:t>
      </w:r>
    </w:p>
    <w:p>
      <w:pPr>
        <w:spacing w:before="20" w:after="40"/>
      </w:pPr>
      <w:r>
        <w:rPr>
          <w:color w:val="B4B4B4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spacing w:before="40" w:after="80"/>
      </w:pPr>
      <w:r>
        <w:rPr>
          <w:rFonts w:ascii="Calibri" w:hAnsi="Calibri"/>
          <w:b/>
          <w:sz w:val="18"/>
        </w:rPr>
        <w:t>¿Cómo prefieres que te demos las pautas o indicaciones de salud?:</w:t>
      </w:r>
    </w:p>
    <w:p>
      <w:pPr>
        <w:spacing w:before="20" w:after="80"/>
      </w:pPr>
      <w:r>
        <w:rPr>
          <w:sz w:val="17"/>
        </w:rPr>
        <w:t>[  ] Por escrito en papel   [  ] Explicado tranquilamente en consulta   [  ] Por WhatsApp / Email con datos claros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69"/>
      </w:tblGrid>
      <w:tr>
        <w:tc>
          <w:tcPr>
            <w:tcW w:type="dxa" w:w="10469"/>
            <w:shd w:fill="F0F6F6"/>
            <w:tcMar>
              <w:top w:w="40" w:type="dxa"/>
              <w:bottom w:w="40" w:type="dxa"/>
              <w:left w:w="80" w:type="dxa"/>
              <w:right w:w="80" w:type="dxa"/>
            </w:tcMar>
            <w:tcBorders>
              <w:top w:val="none"/>
              <w:left w:val="single" w:sz="24" w:space="0" w:color="006666"/>
              <w:bottom w:val="none"/>
              <w:right w:val="none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06666"/>
                <w:sz w:val="20"/>
              </w:rPr>
              <w:t>6. PROTECCIÓN DE DATOS Y AVISOS DE SALUD (RGPD)</w:t>
            </w:r>
          </w:p>
        </w:tc>
      </w:tr>
    </w:tbl>
    <w:p>
      <w:pPr>
        <w:spacing w:before="60" w:after="60"/>
      </w:pPr>
      <w:r>
        <w:rPr>
          <w:b/>
          <w:sz w:val="16"/>
        </w:rPr>
        <w:t xml:space="preserve">• Tratamiento de datos: </w:t>
      </w:r>
      <w:r>
        <w:rPr>
          <w:sz w:val="16"/>
        </w:rPr>
        <w:t xml:space="preserve">Acepto que mis datos y los de mi mascota se guarden en la clínica para gestionar sus consultas e historial clínico sanitariamente.   </w:t>
      </w:r>
      <w:r>
        <w:rPr>
          <w:b/>
        </w:rPr>
        <w:t>[  ] SÍ    [  ] NO</w:t>
      </w:r>
      <w:r>
        <w:rPr>
          <w:sz w:val="16"/>
        </w:rPr>
      </w:r>
    </w:p>
    <w:p>
      <w:pPr>
        <w:spacing w:before="20" w:after="120"/>
      </w:pPr>
      <w:r>
        <w:rPr>
          <w:b/>
          <w:sz w:val="16"/>
        </w:rPr>
        <w:t xml:space="preserve">• Recordatorios de salud: </w:t>
      </w:r>
      <w:r>
        <w:rPr>
          <w:sz w:val="16"/>
        </w:rPr>
        <w:t xml:space="preserve">¿Podemos enviarte avisos de citas, vacunas y desparasitaciones (WhatsApp / SMS / Email)?:   </w:t>
      </w:r>
      <w:r>
        <w:rPr>
          <w:b/>
        </w:rPr>
        <w:t>[  ] SÍ    [  ] NO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42"/>
      </w:tblGrid>
      <w:tr>
        <w:tc>
          <w:tcPr>
            <w:tcW w:type="dxa" w:w="5234"/>
            <w:tcMar>
              <w:top w:w="40" w:type="dxa"/>
              <w:bottom w:w="40" w:type="dxa"/>
              <w:left w:w="40" w:type="dxa"/>
              <w:right w:w="40" w:type="dxa"/>
            </w:tcMar>
          </w:tcPr>
          <w:p>
            <w:pPr>
              <w:spacing w:before="80" w:after="0"/>
            </w:pPr>
            <w:r>
              <w:rPr>
                <w:rFonts w:ascii="Calibri" w:hAnsi="Calibri"/>
                <w:sz w:val="17"/>
              </w:rPr>
              <w:t>En ......................................, a ...... de ....................... de 202...</w:t>
            </w:r>
          </w:p>
        </w:tc>
        <w:tc>
          <w:tcPr>
            <w:tcW w:type="dxa" w:w="5234"/>
            <w:tcMar>
              <w:top w:w="40" w:type="dxa"/>
              <w:bottom w:w="40" w:type="dxa"/>
              <w:left w:w="40" w:type="dxa"/>
              <w:right w:w="40" w:type="dxa"/>
            </w:tcMar>
          </w:tcPr>
          <w:p>
            <w:pPr>
              <w:spacing w:before="80" w:after="0"/>
              <w:jc w:val="right"/>
            </w:pPr>
            <w:r>
              <w:rPr>
                <w:rFonts w:ascii="Calibri" w:hAnsi="Calibri"/>
                <w:sz w:val="17"/>
              </w:rPr>
              <w:t>Firma del tutor/a: ............................................................</w:t>
            </w:r>
          </w:p>
        </w:tc>
      </w:tr>
    </w:tbl>
    <w:sectPr w:rsidR="00FC693F" w:rsidRPr="0006063C" w:rsidSect="00034616">
      <w:pgSz w:w="11909" w:h="16834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